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【重要・続報】ALLIGATE プロダクトWebサイト メンテナンス完了および公開再開のお知らせ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お客様各位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平素より「ALLIGATE（アリゲイト）」をご利用いただき、誠にありがとうございます。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ご案内いたしました「PHPの脆弱性」に対する安全確認のための臨時メンテナンスにつきまして、その後の状況をご報告いたします。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弊社にて、対象となる「ALLIGATE プロダクトWebサイト（https://alligate.me/）」のセキュリティ点検が完了いたしました。安全性が十分に確認できましたため、Webサイトの公開を再開いたしました。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弊社では今後も、お客様に安心してサービスをご利用いただけるよう、より一層のセキュリティ強化と監視に努めてまいります。</w:t>
        <w:br w:type="textWrapping"/>
        <w:t xml:space="preserve">引き続きALLIGATEをご愛顧賜りますよう、何卒よろしくお願い申し上げます。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20670571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【本件のお問い合わせ窓口】</w:t>
          </w:r>
        </w:sdtContent>
      </w:sdt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rPr>
          <w:rFonts w:ascii="Arial" w:cs="Arial" w:eastAsia="Arial" w:hAnsi="Arial"/>
          <w:sz w:val="20"/>
          <w:szCs w:val="20"/>
        </w:rPr>
      </w:pPr>
      <w:sdt>
        <w:sdtPr>
          <w:id w:val="-190023411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アートサポートセンター連絡先</w:t>
          </w:r>
        </w:sdtContent>
      </w:sdt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rPr>
          <w:rFonts w:ascii="Arial" w:cs="Arial" w:eastAsia="Arial" w:hAnsi="Arial"/>
          <w:sz w:val="20"/>
          <w:szCs w:val="20"/>
        </w:rPr>
      </w:pPr>
      <w:sdt>
        <w:sdtPr>
          <w:id w:val="176409993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お問い合わせフォーム: https://support.alligate.me/hc/ja/requests/new</w:t>
          </w:r>
        </w:sdtContent>
      </w:sdt>
    </w:p>
    <w:p w:rsidR="00000000" w:rsidDel="00000000" w:rsidP="00000000" w:rsidRDefault="00000000" w:rsidRPr="00000000" w14:paraId="0000000D">
      <w:pPr>
        <w:shd w:fill="ffffff" w:val="clear"/>
        <w:spacing w:after="0" w:before="240" w:lineRule="auto"/>
        <w:rPr>
          <w:rFonts w:ascii="Arial" w:cs="Arial" w:eastAsia="Arial" w:hAnsi="Arial"/>
          <w:sz w:val="20"/>
          <w:szCs w:val="20"/>
        </w:rPr>
      </w:pPr>
      <w:sdt>
        <w:sdtPr>
          <w:id w:val="-62732999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電話連絡先 :0120-998-417(フリーコール)</w:t>
          </w:r>
        </w:sdtContent>
      </w:sdt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O9n5y6CySV81BZTWyYaFFmBw3A==">CgMxLjAaJAoBMBIfCh0IB0IZCgVBcmlhbBIQQXJpYWwgVW5pY29kZSBNUxokCgExEh8KHQgHQhkKBUFyaWFsEhBBcmlhbCBVbmljb2RlIE1TGiQKATISHwodCAdCGQoFQXJpYWwSEEFyaWFsIFVuaWNvZGUgTVMaJAoBMxIfCh0IB0IZCgVBcmlhbBIQQXJpYWwgVW5pY29kZSBNUzgAcg0yNTQyMjcwNjcyNDcw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